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5" w:type="dxa"/>
        <w:jc w:val="center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582"/>
        <w:gridCol w:w="3016"/>
        <w:gridCol w:w="1730"/>
        <w:gridCol w:w="3317"/>
      </w:tblGrid>
      <w:tr w:rsidR="005066C4" w:rsidRPr="005066C4" w14:paraId="5977FAAE" w14:textId="77777777">
        <w:trPr>
          <w:jc w:val="center"/>
        </w:trPr>
        <w:tc>
          <w:tcPr>
            <w:tcW w:w="1558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14:paraId="078ED285" w14:textId="42DE6175" w:rsidR="005066C4" w:rsidRPr="005066C4" w:rsidRDefault="005066C4" w:rsidP="005066C4">
            <w:pPr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lang w:val="ro-RO"/>
              </w:rPr>
              <w:drawing>
                <wp:inline distT="0" distB="0" distL="0" distR="0" wp14:anchorId="5C56C34A" wp14:editId="5CB9116D">
                  <wp:extent cx="838200" cy="1295400"/>
                  <wp:effectExtent l="0" t="0" r="0" b="0"/>
                  <wp:docPr id="168191008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14:paraId="0D2EDA43" w14:textId="77777777" w:rsidR="005066C4" w:rsidRPr="005066C4" w:rsidRDefault="005066C4" w:rsidP="005066C4">
            <w:pPr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Județul Mureș</w:t>
            </w:r>
          </w:p>
        </w:tc>
      </w:tr>
      <w:tr w:rsidR="005066C4" w:rsidRPr="005066C4" w14:paraId="287BEB93" w14:textId="77777777">
        <w:trPr>
          <w:jc w:val="center"/>
        </w:trPr>
        <w:tc>
          <w:tcPr>
            <w:tcW w:w="9498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6AD8C3D8" w14:textId="77777777" w:rsidR="005066C4" w:rsidRPr="005066C4" w:rsidRDefault="005066C4" w:rsidP="005066C4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794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14:paraId="18DE1F1F" w14:textId="77777777" w:rsidR="005066C4" w:rsidRPr="005066C4" w:rsidRDefault="005066C4" w:rsidP="005066C4">
            <w:pPr>
              <w:rPr>
                <w:rFonts w:ascii="Cambria" w:hAnsi="Cambria"/>
                <w:b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Autoritatea administrației publice</w:t>
            </w:r>
          </w:p>
          <w:p w14:paraId="1C5CA03C" w14:textId="77777777" w:rsidR="005066C4" w:rsidRPr="005066C4" w:rsidRDefault="005066C4" w:rsidP="005066C4">
            <w:pPr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Primăria Orașului Luduș</w:t>
            </w:r>
          </w:p>
        </w:tc>
      </w:tr>
      <w:tr w:rsidR="005066C4" w:rsidRPr="005066C4" w14:paraId="6D77EE60" w14:textId="77777777">
        <w:trPr>
          <w:jc w:val="center"/>
        </w:trPr>
        <w:tc>
          <w:tcPr>
            <w:tcW w:w="9498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35092EB6" w14:textId="77777777" w:rsidR="005066C4" w:rsidRPr="005066C4" w:rsidRDefault="005066C4" w:rsidP="005066C4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297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14:paraId="3C51BA75" w14:textId="77777777" w:rsidR="005066C4" w:rsidRPr="005066C4" w:rsidRDefault="005066C4" w:rsidP="005066C4">
            <w:pPr>
              <w:rPr>
                <w:rFonts w:ascii="Cambria" w:hAnsi="Cambria"/>
                <w:b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Cod de identificare fiscală (CIF)</w:t>
            </w:r>
          </w:p>
          <w:p w14:paraId="266AF924" w14:textId="77777777" w:rsidR="005066C4" w:rsidRPr="005066C4" w:rsidRDefault="005066C4" w:rsidP="005066C4">
            <w:pPr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5669317</w:t>
            </w:r>
          </w:p>
        </w:tc>
        <w:tc>
          <w:tcPr>
            <w:tcW w:w="4970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14:paraId="70E49D5C" w14:textId="77777777" w:rsidR="005066C4" w:rsidRPr="005066C4" w:rsidRDefault="005066C4" w:rsidP="005066C4">
            <w:pPr>
              <w:rPr>
                <w:rFonts w:ascii="Cambria" w:hAnsi="Cambria"/>
                <w:b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Adresa oficială</w:t>
            </w:r>
          </w:p>
          <w:p w14:paraId="0D75D6F9" w14:textId="77777777" w:rsidR="005066C4" w:rsidRPr="005066C4" w:rsidRDefault="005066C4" w:rsidP="005066C4">
            <w:pPr>
              <w:rPr>
                <w:rFonts w:ascii="Cambria" w:hAnsi="Cambria"/>
                <w:b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Bd. 1 Decembrie 1918, Nr. 26, Oraș Luduș, Județ Mureș</w:t>
            </w:r>
          </w:p>
          <w:p w14:paraId="7CC4CE5E" w14:textId="77777777" w:rsidR="005066C4" w:rsidRPr="005066C4" w:rsidRDefault="005066C4" w:rsidP="005066C4">
            <w:pPr>
              <w:rPr>
                <w:rFonts w:ascii="Cambria" w:hAnsi="Cambria"/>
                <w:b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Telefon: 0265411716, 0265411548</w:t>
            </w:r>
          </w:p>
          <w:p w14:paraId="252DEA08" w14:textId="77777777" w:rsidR="005066C4" w:rsidRPr="005066C4" w:rsidRDefault="005066C4" w:rsidP="005066C4">
            <w:pPr>
              <w:rPr>
                <w:rFonts w:ascii="Cambria" w:hAnsi="Cambria"/>
                <w:b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e-mail: ludus@ms.e-adm.ro</w:t>
            </w:r>
          </w:p>
        </w:tc>
      </w:tr>
      <w:tr w:rsidR="005066C4" w:rsidRPr="005066C4" w14:paraId="19C89602" w14:textId="77777777">
        <w:trPr>
          <w:trHeight w:val="20"/>
          <w:jc w:val="center"/>
        </w:trPr>
        <w:tc>
          <w:tcPr>
            <w:tcW w:w="9498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D00BEEE" w14:textId="77777777" w:rsidR="005066C4" w:rsidRPr="005066C4" w:rsidRDefault="005066C4" w:rsidP="005066C4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14:paraId="10A9733A" w14:textId="77777777" w:rsidR="005066C4" w:rsidRPr="005066C4" w:rsidRDefault="005066C4" w:rsidP="005066C4">
            <w:pPr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Număr de înregistrare</w:t>
            </w:r>
          </w:p>
        </w:tc>
        <w:tc>
          <w:tcPr>
            <w:tcW w:w="326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14:paraId="4FB6257A" w14:textId="77777777" w:rsidR="005066C4" w:rsidRPr="005066C4" w:rsidRDefault="005066C4" w:rsidP="005066C4">
            <w:pPr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Data</w:t>
            </w:r>
          </w:p>
        </w:tc>
      </w:tr>
      <w:tr w:rsidR="005066C4" w:rsidRPr="005066C4" w14:paraId="200014EA" w14:textId="77777777">
        <w:trPr>
          <w:jc w:val="center"/>
        </w:trPr>
        <w:tc>
          <w:tcPr>
            <w:tcW w:w="9498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14:paraId="3F2F98A7" w14:textId="77777777" w:rsidR="005066C4" w:rsidRPr="005066C4" w:rsidRDefault="005066C4" w:rsidP="005066C4">
            <w:pPr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i/>
                <w:lang w:val="ro-RO"/>
              </w:rPr>
              <w:t xml:space="preserve"> se completează de autoritate — solicitantul nu scrie în această zonă</w:t>
            </w:r>
          </w:p>
        </w:tc>
      </w:tr>
    </w:tbl>
    <w:p w14:paraId="05970DD8" w14:textId="77777777" w:rsidR="00C85C0B" w:rsidRPr="005066C4" w:rsidRDefault="00C85C0B" w:rsidP="005066C4">
      <w:pPr>
        <w:rPr>
          <w:rFonts w:ascii="Cambria" w:hAnsi="Cambria"/>
          <w:lang w:val="fr-FR"/>
        </w:rPr>
      </w:pPr>
    </w:p>
    <w:p w14:paraId="0EFADD9B" w14:textId="77777777" w:rsidR="00C85C0B" w:rsidRPr="005066C4" w:rsidRDefault="00F30435" w:rsidP="005066C4">
      <w:pPr>
        <w:jc w:val="center"/>
        <w:rPr>
          <w:rFonts w:ascii="Cambria" w:hAnsi="Cambria"/>
          <w:sz w:val="28"/>
          <w:szCs w:val="28"/>
          <w:lang w:val="ro-RO"/>
        </w:rPr>
      </w:pPr>
      <w:r w:rsidRPr="005066C4">
        <w:rPr>
          <w:rFonts w:ascii="Cambria" w:hAnsi="Cambria"/>
          <w:b/>
          <w:sz w:val="28"/>
          <w:szCs w:val="28"/>
          <w:lang w:val="ro-RO"/>
        </w:rPr>
        <w:t>ÎNȘTIINȚARE</w:t>
      </w:r>
    </w:p>
    <w:p w14:paraId="49143762" w14:textId="77777777" w:rsidR="00C85C0B" w:rsidRPr="005066C4" w:rsidRDefault="00F30435" w:rsidP="005066C4">
      <w:pPr>
        <w:jc w:val="center"/>
        <w:rPr>
          <w:rFonts w:ascii="Cambria" w:hAnsi="Cambria"/>
          <w:lang w:val="ro-RO"/>
        </w:rPr>
      </w:pPr>
      <w:r w:rsidRPr="005066C4">
        <w:rPr>
          <w:rFonts w:ascii="Cambria" w:hAnsi="Cambria"/>
          <w:sz w:val="19"/>
          <w:lang w:val="ro-RO"/>
        </w:rPr>
        <w:t>privind finalizarea lucrărilor notificate și solicitarea participării reprezentantului UAT la recepție</w:t>
      </w:r>
    </w:p>
    <w:p w14:paraId="279D8DA9" w14:textId="77777777" w:rsidR="00C85C0B" w:rsidRPr="005066C4" w:rsidRDefault="00C85C0B" w:rsidP="005066C4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C85C0B" w:rsidRPr="005066C4" w14:paraId="3C6CD726" w14:textId="77777777" w:rsidTr="005066C4">
        <w:trPr>
          <w:jc w:val="center"/>
        </w:trPr>
        <w:tc>
          <w:tcPr>
            <w:tcW w:w="9636" w:type="dxa"/>
            <w:shd w:val="clear" w:color="auto" w:fill="F4F4F4"/>
          </w:tcPr>
          <w:p w14:paraId="625044D0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sz w:val="16"/>
                <w:lang w:val="ro-RO"/>
              </w:rPr>
              <w:t xml:space="preserve"> 1. </w:t>
            </w:r>
            <w:r w:rsidRPr="005066C4">
              <w:rPr>
                <w:rFonts w:ascii="Cambria" w:hAnsi="Cambria"/>
                <w:b/>
                <w:sz w:val="18"/>
                <w:lang w:val="ro-RO"/>
              </w:rPr>
              <w:t>CĂTRE</w:t>
            </w:r>
          </w:p>
        </w:tc>
      </w:tr>
      <w:tr w:rsidR="00C85C0B" w:rsidRPr="005066C4" w14:paraId="037E1A48" w14:textId="77777777" w:rsidTr="005066C4">
        <w:trPr>
          <w:trHeight w:val="510"/>
          <w:jc w:val="center"/>
        </w:trPr>
        <w:tc>
          <w:tcPr>
            <w:tcW w:w="9636" w:type="dxa"/>
          </w:tcPr>
          <w:p w14:paraId="3686A2C0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Instituția</w:t>
            </w:r>
          </w:p>
          <w:p w14:paraId="661E6056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i/>
                <w:lang w:val="ro-RO"/>
              </w:rPr>
              <w:t>primăria municipiului / orașului / comunei · primăria de sector · consiliul județean</w:t>
            </w:r>
          </w:p>
          <w:p w14:paraId="3662B31C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C85C0B" w:rsidRPr="005066C4" w14:paraId="2EC5D0A0" w14:textId="77777777" w:rsidTr="005066C4">
        <w:trPr>
          <w:jc w:val="center"/>
        </w:trPr>
        <w:tc>
          <w:tcPr>
            <w:tcW w:w="9636" w:type="dxa"/>
            <w:shd w:val="clear" w:color="auto" w:fill="F4F4F4"/>
          </w:tcPr>
          <w:p w14:paraId="17C2FF38" w14:textId="77777777" w:rsidR="00C85C0B" w:rsidRPr="005066C4" w:rsidRDefault="00F30435" w:rsidP="005066C4">
            <w:pPr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lang w:val="ro-RO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75E15653" w14:textId="77777777" w:rsidR="00C85C0B" w:rsidRPr="005066C4" w:rsidRDefault="00C85C0B" w:rsidP="005066C4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803"/>
        <w:gridCol w:w="803"/>
        <w:gridCol w:w="803"/>
        <w:gridCol w:w="803"/>
        <w:gridCol w:w="1607"/>
        <w:gridCol w:w="1607"/>
      </w:tblGrid>
      <w:tr w:rsidR="00C85C0B" w:rsidRPr="005066C4" w14:paraId="4CD31CB5" w14:textId="77777777" w:rsidTr="005066C4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sz w:val="16"/>
                <w:lang w:val="ro-RO"/>
              </w:rPr>
              <w:t xml:space="preserve"> </w:t>
            </w:r>
            <w:r w:rsidRPr="005066C4">
              <w:rPr>
                <w:rFonts w:ascii="Cambria" w:hAnsi="Cambria"/>
                <w:b/>
                <w:sz w:val="16"/>
                <w:lang w:val="ro-RO"/>
              </w:rPr>
              <w:t xml:space="preserve">2. </w:t>
            </w:r>
            <w:r w:rsidRPr="005066C4">
              <w:rPr>
                <w:rFonts w:ascii="Cambria" w:hAnsi="Cambria"/>
                <w:b/>
                <w:sz w:val="18"/>
                <w:lang w:val="ro-RO"/>
              </w:rPr>
              <w:t>SOLICITANTUL</w:t>
            </w:r>
          </w:p>
        </w:tc>
      </w:tr>
      <w:tr w:rsidR="00C85C0B" w:rsidRPr="005066C4" w14:paraId="40A1A9AA" w14:textId="77777777" w:rsidTr="005066C4">
        <w:trPr>
          <w:trHeight w:val="510"/>
          <w:jc w:val="center"/>
        </w:trPr>
        <w:tc>
          <w:tcPr>
            <w:tcW w:w="5621" w:type="dxa"/>
            <w:gridSpan w:val="5"/>
          </w:tcPr>
          <w:p w14:paraId="5A012285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Nume și prenume</w:t>
            </w:r>
          </w:p>
          <w:p w14:paraId="78962F31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349D53B4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CNP</w:t>
            </w:r>
          </w:p>
          <w:p w14:paraId="12A0DF42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C85C0B" w:rsidRPr="005066C4" w14:paraId="56206DC1" w14:textId="77777777" w:rsidTr="005066C4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sz w:val="16"/>
                <w:lang w:val="ro-RO"/>
              </w:rPr>
              <w:t xml:space="preserve"> Act de identitate</w:t>
            </w:r>
          </w:p>
        </w:tc>
      </w:tr>
      <w:tr w:rsidR="00C85C0B" w:rsidRPr="005066C4" w14:paraId="7C029D77" w14:textId="77777777" w:rsidTr="005066C4">
        <w:trPr>
          <w:trHeight w:val="510"/>
          <w:jc w:val="center"/>
        </w:trPr>
        <w:tc>
          <w:tcPr>
            <w:tcW w:w="1606" w:type="dxa"/>
          </w:tcPr>
          <w:p w14:paraId="351F7907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Seria</w:t>
            </w:r>
          </w:p>
          <w:p w14:paraId="1372DB4F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38543067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Numărul</w:t>
            </w:r>
          </w:p>
          <w:p w14:paraId="10D1BCEF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5949C44F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Eliberat de</w:t>
            </w:r>
          </w:p>
          <w:p w14:paraId="7DFD0055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6E02C3D3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La data</w:t>
            </w:r>
          </w:p>
          <w:p w14:paraId="7B1F54BC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C85C0B" w:rsidRPr="005066C4" w14:paraId="75E57117" w14:textId="77777777" w:rsidTr="005066C4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sz w:val="16"/>
                <w:lang w:val="ro-RO"/>
              </w:rPr>
              <w:t xml:space="preserve"> Domiciliul</w:t>
            </w:r>
          </w:p>
        </w:tc>
      </w:tr>
      <w:tr w:rsidR="00C85C0B" w:rsidRPr="005066C4" w14:paraId="1FB30C84" w14:textId="77777777" w:rsidTr="005066C4">
        <w:trPr>
          <w:trHeight w:val="510"/>
          <w:jc w:val="center"/>
        </w:trPr>
        <w:tc>
          <w:tcPr>
            <w:tcW w:w="3212" w:type="dxa"/>
            <w:gridSpan w:val="2"/>
          </w:tcPr>
          <w:p w14:paraId="7E30645B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Județul</w:t>
            </w:r>
          </w:p>
          <w:p w14:paraId="2186F192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50EE20EA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Municipiul / orașul / comuna</w:t>
            </w:r>
          </w:p>
          <w:p w14:paraId="5A7197A9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52D40263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Satul / sectorul</w:t>
            </w:r>
          </w:p>
          <w:p w14:paraId="2A6C818F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C85C0B" w:rsidRPr="005066C4" w14:paraId="648F5CD4" w14:textId="77777777" w:rsidTr="005066C4">
        <w:trPr>
          <w:trHeight w:val="510"/>
          <w:jc w:val="center"/>
        </w:trPr>
        <w:tc>
          <w:tcPr>
            <w:tcW w:w="3212" w:type="dxa"/>
            <w:gridSpan w:val="2"/>
          </w:tcPr>
          <w:p w14:paraId="32F3D4F5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Strada</w:t>
            </w:r>
          </w:p>
          <w:p w14:paraId="4F3D8CE6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075341DA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Nr.</w:t>
            </w:r>
          </w:p>
          <w:p w14:paraId="20120A0F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6F18AE53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Sc.</w:t>
            </w:r>
          </w:p>
          <w:p w14:paraId="20E48DEE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7B25ACF6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Et.</w:t>
            </w:r>
          </w:p>
          <w:p w14:paraId="6F6960D6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38B4DB2B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Ap.</w:t>
            </w:r>
          </w:p>
          <w:p w14:paraId="0D48C9FB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3C794EFE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Cod poștal</w:t>
            </w:r>
          </w:p>
          <w:p w14:paraId="14D83194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44F2C34C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Ț</w:t>
            </w:r>
            <w:r w:rsidRPr="005066C4">
              <w:rPr>
                <w:rFonts w:ascii="Cambria" w:hAnsi="Cambria"/>
                <w:b/>
                <w:lang w:val="ro-RO"/>
              </w:rPr>
              <w:t>ara</w:t>
            </w:r>
          </w:p>
          <w:p w14:paraId="303B0DDB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C85C0B" w:rsidRPr="005066C4" w14:paraId="0BDBE802" w14:textId="77777777" w:rsidTr="005066C4">
        <w:trPr>
          <w:jc w:val="center"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sz w:val="16"/>
                <w:lang w:val="ro-RO"/>
              </w:rPr>
              <w:t xml:space="preserve"> Date de contact</w:t>
            </w:r>
          </w:p>
        </w:tc>
      </w:tr>
      <w:tr w:rsidR="00C85C0B" w:rsidRPr="005066C4" w14:paraId="457FAA8A" w14:textId="77777777" w:rsidTr="005066C4">
        <w:trPr>
          <w:trHeight w:val="510"/>
          <w:jc w:val="center"/>
        </w:trPr>
        <w:tc>
          <w:tcPr>
            <w:tcW w:w="4015" w:type="dxa"/>
            <w:gridSpan w:val="3"/>
          </w:tcPr>
          <w:p w14:paraId="0E603D1E" w14:textId="77777777" w:rsidR="00C85C0B" w:rsidRPr="005066C4" w:rsidRDefault="00F30435" w:rsidP="005066C4">
            <w:pPr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Telefon / fax</w:t>
            </w:r>
          </w:p>
          <w:p w14:paraId="1D1557B5" w14:textId="77777777" w:rsidR="00C85C0B" w:rsidRPr="005066C4" w:rsidRDefault="00C85C0B" w:rsidP="005066C4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56D269E2" w14:textId="77777777" w:rsidR="00C85C0B" w:rsidRPr="005066C4" w:rsidRDefault="00F30435" w:rsidP="005066C4">
            <w:pPr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E-mail</w:t>
            </w:r>
          </w:p>
          <w:p w14:paraId="6134E69B" w14:textId="77777777" w:rsidR="00C85C0B" w:rsidRPr="005066C4" w:rsidRDefault="00C85C0B" w:rsidP="005066C4">
            <w:pPr>
              <w:rPr>
                <w:rFonts w:ascii="Cambria" w:hAnsi="Cambria"/>
                <w:lang w:val="ro-RO"/>
              </w:rPr>
            </w:pPr>
          </w:p>
        </w:tc>
      </w:tr>
    </w:tbl>
    <w:p w14:paraId="4DBE4EFE" w14:textId="77777777" w:rsidR="00C85C0B" w:rsidRPr="005066C4" w:rsidRDefault="00C85C0B" w:rsidP="005066C4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10"/>
        <w:gridCol w:w="4820"/>
      </w:tblGrid>
      <w:tr w:rsidR="00C85C0B" w:rsidRPr="005066C4" w14:paraId="470E2D0D" w14:textId="77777777" w:rsidTr="005066C4">
        <w:trPr>
          <w:jc w:val="center"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sz w:val="16"/>
                <w:lang w:val="ro-RO"/>
              </w:rPr>
              <w:t xml:space="preserve"> 3. </w:t>
            </w:r>
            <w:r w:rsidRPr="005066C4">
              <w:rPr>
                <w:rFonts w:ascii="Cambria" w:hAnsi="Cambria"/>
                <w:b/>
                <w:sz w:val="18"/>
                <w:lang w:val="ro-RO"/>
              </w:rPr>
              <w:t>NOTIFICAREA</w:t>
            </w:r>
          </w:p>
        </w:tc>
      </w:tr>
      <w:tr w:rsidR="00C85C0B" w:rsidRPr="005066C4" w14:paraId="1F3A1F64" w14:textId="77777777" w:rsidTr="005066C4">
        <w:trPr>
          <w:trHeight w:val="510"/>
          <w:jc w:val="center"/>
        </w:trPr>
        <w:tc>
          <w:tcPr>
            <w:tcW w:w="2409" w:type="dxa"/>
          </w:tcPr>
          <w:p w14:paraId="05E3330D" w14:textId="77777777" w:rsidR="00C85C0B" w:rsidRPr="005066C4" w:rsidRDefault="00F30435" w:rsidP="005066C4">
            <w:pPr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Nr. / data notificării</w:t>
            </w:r>
          </w:p>
          <w:p w14:paraId="782A3FB4" w14:textId="77777777" w:rsidR="00C85C0B" w:rsidRPr="005066C4" w:rsidRDefault="00C85C0B" w:rsidP="005066C4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2409" w:type="dxa"/>
          </w:tcPr>
          <w:p w14:paraId="07DACF42" w14:textId="77777777" w:rsidR="00C85C0B" w:rsidRPr="005066C4" w:rsidRDefault="00F30435" w:rsidP="005066C4">
            <w:pPr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Proiect nr. / cod</w:t>
            </w:r>
          </w:p>
          <w:p w14:paraId="704DDBFC" w14:textId="77777777" w:rsidR="00C85C0B" w:rsidRPr="005066C4" w:rsidRDefault="00C85C0B" w:rsidP="005066C4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</w:tcPr>
          <w:p w14:paraId="75FD378C" w14:textId="77777777" w:rsidR="00C85C0B" w:rsidRPr="005066C4" w:rsidRDefault="00F30435" w:rsidP="005066C4">
            <w:pPr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Imobilul</w:t>
            </w:r>
          </w:p>
          <w:p w14:paraId="0E48F05F" w14:textId="77777777" w:rsidR="00C85C0B" w:rsidRPr="005066C4" w:rsidRDefault="00C85C0B" w:rsidP="005066C4">
            <w:pPr>
              <w:rPr>
                <w:rFonts w:ascii="Cambria" w:hAnsi="Cambria"/>
                <w:lang w:val="ro-RO"/>
              </w:rPr>
            </w:pPr>
          </w:p>
        </w:tc>
      </w:tr>
    </w:tbl>
    <w:p w14:paraId="13D2FF9F" w14:textId="77777777" w:rsidR="00C85C0B" w:rsidRPr="005066C4" w:rsidRDefault="00C85C0B" w:rsidP="005066C4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7"/>
        <w:gridCol w:w="4820"/>
      </w:tblGrid>
      <w:tr w:rsidR="00C85C0B" w:rsidRPr="005066C4" w14:paraId="7A7201EB" w14:textId="77777777" w:rsidTr="005066C4">
        <w:trPr>
          <w:jc w:val="center"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sz w:val="16"/>
                <w:lang w:val="ro-RO"/>
              </w:rPr>
              <w:t xml:space="preserve"> 4. </w:t>
            </w:r>
            <w:r w:rsidRPr="005066C4">
              <w:rPr>
                <w:rFonts w:ascii="Cambria" w:hAnsi="Cambria"/>
                <w:b/>
                <w:sz w:val="18"/>
                <w:lang w:val="ro-RO"/>
              </w:rPr>
              <w:t>EXECUȚIA ȘI RECEPȚIA</w:t>
            </w:r>
          </w:p>
        </w:tc>
      </w:tr>
      <w:tr w:rsidR="00C85C0B" w:rsidRPr="005066C4" w14:paraId="49509B49" w14:textId="77777777" w:rsidTr="005066C4">
        <w:trPr>
          <w:trHeight w:val="510"/>
          <w:jc w:val="center"/>
        </w:trPr>
        <w:tc>
          <w:tcPr>
            <w:tcW w:w="4818" w:type="dxa"/>
            <w:gridSpan w:val="2"/>
          </w:tcPr>
          <w:p w14:paraId="02C07C4D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Data începerii lucrărilor</w:t>
            </w:r>
          </w:p>
          <w:p w14:paraId="2D6D470D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i/>
                <w:lang w:val="ro-RO"/>
              </w:rPr>
              <w:t>se declară aici</w:t>
            </w:r>
          </w:p>
          <w:p w14:paraId="544B9697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</w:tcPr>
          <w:p w14:paraId="72DCF9AA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Data finalizării</w:t>
            </w:r>
          </w:p>
          <w:p w14:paraId="2262F4A8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C85C0B" w:rsidRPr="005066C4" w14:paraId="6C0C82B1" w14:textId="77777777" w:rsidTr="005066C4">
        <w:trPr>
          <w:trHeight w:val="510"/>
          <w:jc w:val="center"/>
        </w:trPr>
        <w:tc>
          <w:tcPr>
            <w:tcW w:w="3212" w:type="dxa"/>
          </w:tcPr>
          <w:p w14:paraId="34621996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Data propusă pentru recepție</w:t>
            </w:r>
          </w:p>
          <w:p w14:paraId="327C4FB5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1606" w:type="dxa"/>
          </w:tcPr>
          <w:p w14:paraId="660A9FC7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ora</w:t>
            </w:r>
          </w:p>
          <w:p w14:paraId="40A08B01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</w:tcPr>
          <w:p w14:paraId="6A018CE9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locul</w:t>
            </w:r>
          </w:p>
          <w:p w14:paraId="5887C7E5" w14:textId="77777777" w:rsidR="00C85C0B" w:rsidRPr="005066C4" w:rsidRDefault="00C85C0B" w:rsidP="005066C4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C85C0B" w:rsidRPr="005066C4" w14:paraId="633508C0" w14:textId="77777777" w:rsidTr="005066C4">
        <w:trPr>
          <w:jc w:val="center"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Pr="005066C4" w:rsidRDefault="00150E80" w:rsidP="005066C4">
            <w:pPr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lang w:val="ro-RO"/>
              </w:rPr>
              <w:t>Legea nr.169/2026 privind Codul amenajării teritoriului, urbanismului și construcțiilor nu instituie o înștiințare distinctă privind începerea lucrărilor notificate; data începerii se declară în prezentul formular și se consemnează în procesul-verbal de recepție.</w:t>
            </w:r>
          </w:p>
        </w:tc>
      </w:tr>
    </w:tbl>
    <w:p w14:paraId="049D9BE6" w14:textId="77777777" w:rsidR="00C85C0B" w:rsidRPr="005066C4" w:rsidRDefault="00C85C0B" w:rsidP="005066C4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20"/>
        <w:gridCol w:w="3213"/>
      </w:tblGrid>
      <w:tr w:rsidR="00C85C0B" w:rsidRPr="005066C4" w14:paraId="1BD195CE" w14:textId="77777777" w:rsidTr="005066C4">
        <w:trPr>
          <w:jc w:val="center"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Pr="005066C4" w:rsidRDefault="00F30435" w:rsidP="005066C4">
            <w:pPr>
              <w:keepNext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sz w:val="16"/>
                <w:lang w:val="ro-RO"/>
              </w:rPr>
              <w:t xml:space="preserve"> 5. </w:t>
            </w:r>
            <w:r w:rsidRPr="005066C4">
              <w:rPr>
                <w:rFonts w:ascii="Cambria" w:hAnsi="Cambria"/>
                <w:b/>
                <w:sz w:val="18"/>
                <w:lang w:val="ro-RO"/>
              </w:rPr>
              <w:t>DATA ȘI SEMNĂTURA</w:t>
            </w:r>
          </w:p>
        </w:tc>
      </w:tr>
      <w:tr w:rsidR="00C85C0B" w:rsidRPr="005066C4" w14:paraId="10F5A63F" w14:textId="77777777" w:rsidTr="005066C4">
        <w:trPr>
          <w:trHeight w:val="510"/>
          <w:jc w:val="center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Pr="005066C4" w:rsidRDefault="00F30435" w:rsidP="005066C4">
            <w:pPr>
              <w:jc w:val="center"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Data</w:t>
            </w:r>
          </w:p>
          <w:p w14:paraId="3121BEF9" w14:textId="77777777" w:rsidR="00C85C0B" w:rsidRPr="005066C4" w:rsidRDefault="00C85C0B" w:rsidP="005066C4">
            <w:pPr>
              <w:jc w:val="center"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Pr="005066C4" w:rsidRDefault="00F30435" w:rsidP="005066C4">
            <w:pPr>
              <w:jc w:val="center"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Beneficiarul</w:t>
            </w:r>
          </w:p>
          <w:p w14:paraId="2DCA5FDA" w14:textId="77777777" w:rsidR="00C85C0B" w:rsidRPr="005066C4" w:rsidRDefault="00C85C0B" w:rsidP="005066C4">
            <w:pPr>
              <w:jc w:val="center"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Pr="005066C4" w:rsidRDefault="00F30435" w:rsidP="005066C4">
            <w:pPr>
              <w:jc w:val="center"/>
              <w:rPr>
                <w:rFonts w:ascii="Cambria" w:hAnsi="Cambria"/>
                <w:lang w:val="ro-RO"/>
              </w:rPr>
            </w:pPr>
            <w:r w:rsidRPr="005066C4">
              <w:rPr>
                <w:rFonts w:ascii="Cambria" w:hAnsi="Cambria"/>
                <w:b/>
                <w:lang w:val="ro-RO"/>
              </w:rPr>
              <w:t>Semnătura</w:t>
            </w:r>
          </w:p>
          <w:p w14:paraId="765AB599" w14:textId="77777777" w:rsidR="00C85C0B" w:rsidRPr="005066C4" w:rsidRDefault="00C85C0B" w:rsidP="005066C4">
            <w:pPr>
              <w:jc w:val="center"/>
              <w:rPr>
                <w:rFonts w:ascii="Cambria" w:hAnsi="Cambria"/>
                <w:lang w:val="ro-RO"/>
              </w:rPr>
            </w:pPr>
          </w:p>
        </w:tc>
      </w:tr>
    </w:tbl>
    <w:p w14:paraId="3AF77583" w14:textId="77777777" w:rsidR="00C85C0B" w:rsidRPr="005066C4" w:rsidRDefault="00C85C0B" w:rsidP="005066C4">
      <w:pPr>
        <w:rPr>
          <w:rFonts w:ascii="Cambria" w:hAnsi="Cambria"/>
          <w:lang w:val="ro-RO"/>
        </w:rPr>
      </w:pPr>
    </w:p>
    <w:sectPr w:rsidR="00C85C0B" w:rsidRPr="005066C4" w:rsidSect="005066C4">
      <w:footerReference w:type="default" r:id="rId9"/>
      <w:pgSz w:w="11906" w:h="16838"/>
      <w:pgMar w:top="567" w:right="1134" w:bottom="567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9F073" w14:textId="77777777" w:rsidR="00F30435" w:rsidRDefault="00F30435">
      <w:r>
        <w:separator/>
      </w:r>
    </w:p>
  </w:endnote>
  <w:endnote w:type="continuationSeparator" w:id="0">
    <w:p w14:paraId="6DDF7645" w14:textId="77777777" w:rsidR="00F30435" w:rsidRDefault="00F30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F30435">
    <w:pPr>
      <w:pStyle w:val="Footer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E0305" w14:textId="77777777" w:rsidR="00F30435" w:rsidRDefault="00F30435">
      <w:r>
        <w:separator/>
      </w:r>
    </w:p>
  </w:footnote>
  <w:footnote w:type="continuationSeparator" w:id="0">
    <w:p w14:paraId="06197DFC" w14:textId="77777777" w:rsidR="00F30435" w:rsidRDefault="00F30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0E80"/>
    <w:rsid w:val="0029639D"/>
    <w:rsid w:val="00326F90"/>
    <w:rsid w:val="003A7070"/>
    <w:rsid w:val="003F0F62"/>
    <w:rsid w:val="005066C4"/>
    <w:rsid w:val="005C02E4"/>
    <w:rsid w:val="009C1686"/>
    <w:rsid w:val="00AA1D8D"/>
    <w:rsid w:val="00B47730"/>
    <w:rsid w:val="00B94163"/>
    <w:rsid w:val="00C85C0B"/>
    <w:rsid w:val="00CB0664"/>
    <w:rsid w:val="00E61A6B"/>
    <w:rsid w:val="00F304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VioB</cp:lastModifiedBy>
  <cp:revision>2</cp:revision>
  <dcterms:created xsi:type="dcterms:W3CDTF">2013-12-23T23:15:00Z</dcterms:created>
  <dcterms:modified xsi:type="dcterms:W3CDTF">2026-08-30T12:27:00Z</dcterms:modified>
  <cp:category/>
</cp:coreProperties>
</file>